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177F7" w14:textId="77777777" w:rsidR="00EF04A4" w:rsidRDefault="00000000">
      <w:pPr>
        <w:spacing w:after="80"/>
        <w:jc w:val="center"/>
      </w:pPr>
      <w:r>
        <w:rPr>
          <w:rFonts w:ascii="Arial" w:hAnsi="Arial"/>
          <w:b/>
          <w:color w:val="1F4E78"/>
          <w:sz w:val="32"/>
        </w:rPr>
        <w:t>REGULAMIN IV KONKURSU FOTOGRAFICZEGO</w:t>
      </w:r>
      <w:r>
        <w:rPr>
          <w:rFonts w:ascii="Arial" w:hAnsi="Arial"/>
          <w:b/>
          <w:color w:val="1F4E78"/>
          <w:sz w:val="32"/>
        </w:rPr>
        <w:br/>
        <w:t>„Światło”</w:t>
      </w:r>
    </w:p>
    <w:p w14:paraId="6BE43B7C" w14:textId="77777777" w:rsidR="00EF04A4" w:rsidRDefault="00000000">
      <w:pPr>
        <w:spacing w:after="480"/>
        <w:jc w:val="center"/>
      </w:pPr>
      <w:r>
        <w:rPr>
          <w:rFonts w:ascii="Arial" w:hAnsi="Arial"/>
          <w:b/>
          <w:sz w:val="24"/>
        </w:rPr>
        <w:t>LICEUM SZTUK PLASTYCZNYCH W ZABRZU</w:t>
      </w:r>
      <w:r>
        <w:rPr>
          <w:rFonts w:ascii="Arial" w:hAnsi="Arial"/>
          <w:b/>
          <w:sz w:val="24"/>
        </w:rPr>
        <w:br/>
        <w:t>w Zespole Szkół nr 18 w Zabrzu</w:t>
      </w:r>
    </w:p>
    <w:p w14:paraId="2DCAEE85" w14:textId="77777777" w:rsidR="00EF04A4" w:rsidRDefault="00000000">
      <w:pPr>
        <w:keepNext/>
        <w:spacing w:before="280" w:after="120"/>
      </w:pPr>
      <w:r>
        <w:rPr>
          <w:rFonts w:ascii="Arial" w:hAnsi="Arial"/>
          <w:b/>
          <w:color w:val="1F4E78"/>
          <w:sz w:val="24"/>
        </w:rPr>
        <w:t>POSTANOWIENIA OGÓLNE</w:t>
      </w:r>
    </w:p>
    <w:p w14:paraId="5D2D4280" w14:textId="77777777" w:rsidR="00EF04A4" w:rsidRDefault="00000000">
      <w:r>
        <w:t>Niniejszy Regulamin określa warunki uczestnictwa w IV Konkursie Fotograficznym „Światło” zwanym dalej „Konkursem”, a także kryteria oceny prac konkursowych i warunki nagradzania zwycięzców.</w:t>
      </w:r>
    </w:p>
    <w:p w14:paraId="2C5D0EB4" w14:textId="77777777" w:rsidR="00EF04A4" w:rsidRDefault="00000000">
      <w:r>
        <w:t>Organizatorem IV Konkursu jest Liceum Sztuk Plastycznych w Zespole Szkół nr 18 w Zabrzu, zwane dalej „Organizatorem”.</w:t>
      </w:r>
    </w:p>
    <w:p w14:paraId="0909DFF1" w14:textId="77777777" w:rsidR="00EF04A4" w:rsidRDefault="00000000">
      <w:r>
        <w:t>Koordynatorką Konkursu jest: Anna Ulczok.</w:t>
      </w:r>
    </w:p>
    <w:p w14:paraId="5AE0DE24" w14:textId="77777777" w:rsidR="00EF04A4" w:rsidRDefault="00000000">
      <w:pPr>
        <w:keepNext/>
        <w:spacing w:before="280" w:after="120"/>
      </w:pPr>
      <w:r>
        <w:rPr>
          <w:rFonts w:ascii="Arial" w:hAnsi="Arial"/>
          <w:b/>
          <w:color w:val="1F4E78"/>
          <w:sz w:val="24"/>
        </w:rPr>
        <w:t>CEL KONKURSU</w:t>
      </w:r>
    </w:p>
    <w:p w14:paraId="7FB6F0C1" w14:textId="77777777" w:rsidR="00EF04A4" w:rsidRDefault="00000000">
      <w:r>
        <w:t>Celem głównym konkursu jest:</w:t>
      </w:r>
    </w:p>
    <w:p w14:paraId="283F089C" w14:textId="77777777" w:rsidR="00EF04A4" w:rsidRDefault="00000000">
      <w:r>
        <w:t>• Rozwijanie zdolności plastycznych dzieci i młodzieży.</w:t>
      </w:r>
    </w:p>
    <w:p w14:paraId="153A231D" w14:textId="77777777" w:rsidR="00EF04A4" w:rsidRDefault="00000000">
      <w:r>
        <w:t>• Promowanie fotografii wśród uczniów szkół podstawowych.</w:t>
      </w:r>
    </w:p>
    <w:p w14:paraId="7261CC39" w14:textId="77777777" w:rsidR="00EF04A4" w:rsidRDefault="00000000">
      <w:r>
        <w:t>• Upowszechnianie i popularyzacja fotografii jako dziedziny sztuki.</w:t>
      </w:r>
    </w:p>
    <w:p w14:paraId="2CE4ABDB" w14:textId="77777777" w:rsidR="00EF04A4" w:rsidRDefault="00000000">
      <w:r>
        <w:t>• Rozwijanie wrażliwości na piękno otaczającego świata.</w:t>
      </w:r>
    </w:p>
    <w:p w14:paraId="5BA1C1DB" w14:textId="77777777" w:rsidR="00EF04A4" w:rsidRDefault="00000000">
      <w:pPr>
        <w:keepNext/>
        <w:spacing w:before="280" w:after="120"/>
      </w:pPr>
      <w:r>
        <w:rPr>
          <w:rFonts w:ascii="Arial" w:hAnsi="Arial"/>
          <w:b/>
          <w:color w:val="1F4E78"/>
          <w:sz w:val="24"/>
        </w:rPr>
        <w:t>ZAKRES TERYTORIALNY | UCZESTNICY | TEMATYKA</w:t>
      </w:r>
    </w:p>
    <w:p w14:paraId="6796CB78" w14:textId="77777777" w:rsidR="00EF04A4" w:rsidRDefault="00000000">
      <w:r>
        <w:t>Konkurs skierowany jest do uczniów klas 6, 7 i 8 Szkół Podstawowych i Ognisk Artystycznych z terenu miasta Zabrze i Rudy Śląskiej, którzy w fotografii przedstawią swoją interpretację tematu: „Światło”</w:t>
      </w:r>
    </w:p>
    <w:p w14:paraId="1F089D6D" w14:textId="77777777" w:rsidR="00EF04A4" w:rsidRDefault="00000000">
      <w:pPr>
        <w:keepNext/>
        <w:spacing w:before="280" w:after="120"/>
      </w:pPr>
      <w:r>
        <w:rPr>
          <w:rFonts w:ascii="Arial" w:hAnsi="Arial"/>
          <w:b/>
          <w:color w:val="1F4E78"/>
          <w:sz w:val="24"/>
        </w:rPr>
        <w:t>WYMOGI KONKURSOWE</w:t>
      </w:r>
    </w:p>
    <w:p w14:paraId="288C287B" w14:textId="77777777" w:rsidR="00EF04A4" w:rsidRDefault="00000000">
      <w:r>
        <w:t>1. Każdy uczestnik może przedstawić do konkursu maksymalnie 2 zdjęcia.</w:t>
      </w:r>
    </w:p>
    <w:p w14:paraId="23F9ADE8" w14:textId="77777777" w:rsidR="00EF04A4" w:rsidRDefault="00000000">
      <w:r>
        <w:t>2. Wszystkie fotografie zgłoszone na konkurs przyjmowane będą wyłącznie w wersji cyfrowej, przesłane w formie pliku.</w:t>
      </w:r>
    </w:p>
    <w:p w14:paraId="3C91721A" w14:textId="77777777" w:rsidR="00EF04A4" w:rsidRDefault="00000000">
      <w:r>
        <w:t>Pliki powinny mieć parametry:</w:t>
      </w:r>
    </w:p>
    <w:p w14:paraId="32D31A99" w14:textId="77777777" w:rsidR="00EF04A4" w:rsidRDefault="00000000">
      <w:r>
        <w:t>• dłuższy bok 1920 px oraz rozdzielczość 300 dpi,</w:t>
      </w:r>
    </w:p>
    <w:p w14:paraId="67B0408A" w14:textId="77777777" w:rsidR="00EF04A4" w:rsidRDefault="00000000">
      <w:r>
        <w:t>• rozmiar nie większy niż 3MB,</w:t>
      </w:r>
    </w:p>
    <w:p w14:paraId="6FA8C99E" w14:textId="77777777" w:rsidR="00EF04A4" w:rsidRDefault="00000000">
      <w:r>
        <w:lastRenderedPageBreak/>
        <w:t>• zapisane w formacie jpg o kompresji 10 – 12,</w:t>
      </w:r>
    </w:p>
    <w:p w14:paraId="394BAA49" w14:textId="77777777" w:rsidR="00EF04A4" w:rsidRDefault="00000000">
      <w:r>
        <w:t>• nazwa pliku w formacie Imię, Nazwisko, Tytuł, lp. jpg,</w:t>
      </w:r>
    </w:p>
    <w:p w14:paraId="26D07DF9" w14:textId="77777777" w:rsidR="00EF04A4" w:rsidRDefault="00000000">
      <w:r>
        <w:t>• zdjęcie nie powinno posiadać ramek.</w:t>
      </w:r>
    </w:p>
    <w:p w14:paraId="277D8FED" w14:textId="77777777" w:rsidR="00EF04A4" w:rsidRDefault="00000000">
      <w:r>
        <w:t>3. Praca powinna być wykonana samodzielnie, indywidualnie.</w:t>
      </w:r>
    </w:p>
    <w:p w14:paraId="1707421B" w14:textId="77777777" w:rsidR="00EF04A4" w:rsidRDefault="00000000">
      <w:r>
        <w:t>4. W Konkursie nie mogą brać udziału prace prezentowane w innych konkursach fotograficznych, na wystawach, itp.</w:t>
      </w:r>
    </w:p>
    <w:p w14:paraId="0C7FB278" w14:textId="77777777" w:rsidR="00EF04A4" w:rsidRDefault="00000000">
      <w:r>
        <w:t>5. Każda praca fotograficzna powinna zawierać metryczkę, którą należy wypisać wg wzoru (załącznik nr 2) i zeskanowaną przesłać za pomocą poczty elektronicznej wraz ze zdjęciami na adres: anna.ulczok@zs18.zabrze.pl</w:t>
      </w:r>
    </w:p>
    <w:p w14:paraId="19EE62F6" w14:textId="77777777" w:rsidR="00EF04A4" w:rsidRDefault="00000000">
      <w:pPr>
        <w:keepNext/>
        <w:spacing w:before="280" w:after="120"/>
      </w:pPr>
      <w:r>
        <w:rPr>
          <w:rFonts w:ascii="Arial" w:hAnsi="Arial"/>
          <w:b/>
          <w:color w:val="1F4E78"/>
          <w:sz w:val="24"/>
        </w:rPr>
        <w:t>WARUNKI UCZESTNICTWA I HARMONOGRAM KONKURSU</w:t>
      </w:r>
    </w:p>
    <w:p w14:paraId="69574823" w14:textId="77777777" w:rsidR="00EF04A4" w:rsidRDefault="00000000">
      <w:r>
        <w:t>1. Udział w Konkursie i podanie danych związanych z udziałem w nim są całkowicie dobrowolne.</w:t>
      </w:r>
    </w:p>
    <w:p w14:paraId="54775F93" w14:textId="77777777" w:rsidR="00EF04A4" w:rsidRDefault="00000000">
      <w:r>
        <w:t>2. Zgłoszenie do konkursu jest jednoznaczne z wyrażeniem zgody na udział w konkursie oraz oznacza akceptację i zobowiązanie do przestrzegania Regulaminu.</w:t>
      </w:r>
    </w:p>
    <w:p w14:paraId="029A63B9" w14:textId="77777777" w:rsidR="00EF04A4" w:rsidRDefault="00000000">
      <w:r>
        <w:t>3. Prace konkursowe należy przesłać za pomocą poczty elektronicznej w terminie do 16 października 2026 roku na maila: anna.ulczok@zs18.zabrze.pl</w:t>
      </w:r>
    </w:p>
    <w:p w14:paraId="77F05119" w14:textId="77777777" w:rsidR="00EF04A4" w:rsidRDefault="00000000">
      <w:r>
        <w:t>4. W Konkursie wezmą udział tylko prace spełniające warunki wskazane w Regulaminie, przesłane do 16 października 2026.</w:t>
      </w:r>
    </w:p>
    <w:p w14:paraId="59642252" w14:textId="77777777" w:rsidR="00EF04A4" w:rsidRDefault="00000000">
      <w:r>
        <w:t>5. Do pracy konkursowej powinny być dołączone podpisane przez przedstawicieli ustawowych lub opiekunów prawnych uczestnika oświadczenia, których treść zawierają załączniki na końcu dokumentu.</w:t>
      </w:r>
    </w:p>
    <w:p w14:paraId="71858678" w14:textId="77777777" w:rsidR="00EF04A4" w:rsidRDefault="00000000">
      <w:r>
        <w:t>6. Ogłoszenie wyników Konkursu nastąpi 30 października 2026 r. Wyniki konkursu zostaną opublikowane na stronie internetowej Organizatora.</w:t>
      </w:r>
    </w:p>
    <w:p w14:paraId="2A848BE7" w14:textId="77777777" w:rsidR="00EF04A4" w:rsidRDefault="00000000">
      <w:pPr>
        <w:keepNext/>
        <w:spacing w:before="280" w:after="120"/>
      </w:pPr>
      <w:r>
        <w:rPr>
          <w:rFonts w:ascii="Arial" w:hAnsi="Arial"/>
          <w:b/>
          <w:color w:val="1F4E78"/>
          <w:sz w:val="24"/>
        </w:rPr>
        <w:t>OCHRONA DANYCH OSOBOWYCH</w:t>
      </w:r>
    </w:p>
    <w:p w14:paraId="39F7DC62" w14:textId="77777777" w:rsidR="00EF04A4" w:rsidRDefault="00000000">
      <w:r>
        <w:t>Zgodnie z RODO informujemy, że administratorem danych osobowych jest Zespół Szkół nr 18 w Zabrzu przy ul. Konrada Sitki 55, 41-810. We wszelkich sprawach związanych z przetwarzaniem danych można kontaktować się z Inspektorem Ochrony Danych pod adresem e-mail: patrycja@informatics.jaworzno.pl.</w:t>
      </w:r>
    </w:p>
    <w:p w14:paraId="74CE6FAB" w14:textId="77777777" w:rsidR="00EF04A4" w:rsidRDefault="00000000">
      <w:pPr>
        <w:keepNext/>
        <w:spacing w:before="280" w:after="120"/>
      </w:pPr>
      <w:r>
        <w:rPr>
          <w:rFonts w:ascii="Arial" w:hAnsi="Arial"/>
          <w:b/>
          <w:color w:val="1F4E78"/>
          <w:sz w:val="24"/>
        </w:rPr>
        <w:t>NAGRODY W KONKURSIE</w:t>
      </w:r>
    </w:p>
    <w:p w14:paraId="2E9EEBAF" w14:textId="77777777" w:rsidR="00EF04A4" w:rsidRDefault="00000000">
      <w:r>
        <w:t>Laureaci Konkursu otrzymają dyplomy i nagrody rzeczowe w trakcie wystawy pokonkursowej. Wystawa prac konkursowych odbędzie się w Liceum Sztuk Plastycznych przy Zespole Szkół nr 18 w Zabrzu.</w:t>
      </w:r>
    </w:p>
    <w:p w14:paraId="21C45618" w14:textId="77777777" w:rsidR="00EF04A4" w:rsidRDefault="00000000">
      <w:r>
        <w:lastRenderedPageBreak/>
        <w:br w:type="page"/>
      </w:r>
    </w:p>
    <w:p w14:paraId="04278F12" w14:textId="77777777" w:rsidR="00EF04A4" w:rsidRDefault="00000000">
      <w:pPr>
        <w:jc w:val="right"/>
      </w:pPr>
      <w:r>
        <w:rPr>
          <w:b/>
        </w:rPr>
        <w:lastRenderedPageBreak/>
        <w:t>Załącznik nr 1</w:t>
      </w:r>
    </w:p>
    <w:p w14:paraId="7CA8496D" w14:textId="77777777" w:rsidR="00EF04A4" w:rsidRDefault="00000000">
      <w:pPr>
        <w:jc w:val="center"/>
      </w:pPr>
      <w:r>
        <w:rPr>
          <w:b/>
        </w:rPr>
        <w:t>KARTA ZGŁOSZENIOWA (Rok szkolny 2026/2027)</w:t>
      </w:r>
    </w:p>
    <w:p w14:paraId="5F15DB06" w14:textId="77777777" w:rsidR="00EF04A4" w:rsidRDefault="00000000">
      <w:r>
        <w:t>Miejscowość, data: ............................................ 2026 r.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EF04A4" w14:paraId="1DF36DFF" w14:textId="77777777">
        <w:tc>
          <w:tcPr>
            <w:tcW w:w="4320" w:type="dxa"/>
          </w:tcPr>
          <w:p w14:paraId="64805BE8" w14:textId="77777777" w:rsidR="00EF04A4" w:rsidRDefault="00000000">
            <w:r>
              <w:t>Imię i nazwisko uczestnika, klasa:</w:t>
            </w:r>
          </w:p>
        </w:tc>
        <w:tc>
          <w:tcPr>
            <w:tcW w:w="4320" w:type="dxa"/>
          </w:tcPr>
          <w:p w14:paraId="2B52AE3F" w14:textId="77777777" w:rsidR="00EF04A4" w:rsidRDefault="00EF04A4"/>
        </w:tc>
      </w:tr>
      <w:tr w:rsidR="00EF04A4" w14:paraId="4147BC8B" w14:textId="77777777">
        <w:tc>
          <w:tcPr>
            <w:tcW w:w="4320" w:type="dxa"/>
          </w:tcPr>
          <w:p w14:paraId="1ECF9193" w14:textId="77777777" w:rsidR="00EF04A4" w:rsidRDefault="00000000">
            <w:r>
              <w:t>Dane szkoły/placówki:</w:t>
            </w:r>
          </w:p>
        </w:tc>
        <w:tc>
          <w:tcPr>
            <w:tcW w:w="4320" w:type="dxa"/>
          </w:tcPr>
          <w:p w14:paraId="1C108840" w14:textId="77777777" w:rsidR="00EF04A4" w:rsidRDefault="00EF04A4"/>
        </w:tc>
      </w:tr>
      <w:tr w:rsidR="00EF04A4" w14:paraId="579013CB" w14:textId="77777777">
        <w:tc>
          <w:tcPr>
            <w:tcW w:w="4320" w:type="dxa"/>
          </w:tcPr>
          <w:p w14:paraId="7818EA4C" w14:textId="77777777" w:rsidR="00EF04A4" w:rsidRDefault="00000000">
            <w:r>
              <w:t>Imię i nazwisko opiekuna artystycznego, e-mail:</w:t>
            </w:r>
          </w:p>
        </w:tc>
        <w:tc>
          <w:tcPr>
            <w:tcW w:w="4320" w:type="dxa"/>
          </w:tcPr>
          <w:p w14:paraId="6EE16296" w14:textId="77777777" w:rsidR="00EF04A4" w:rsidRDefault="00EF04A4"/>
        </w:tc>
      </w:tr>
    </w:tbl>
    <w:p w14:paraId="4D5443F6" w14:textId="77777777" w:rsidR="00EF04A4" w:rsidRDefault="00000000">
      <w:r>
        <w:br/>
        <w:t>[  ] WYRAŻAM ZGODĘ / [  ] NIE WYRAŻAM ZGODY</w:t>
      </w:r>
      <w:r>
        <w:br/>
        <w:t>na przetwarzanie danych osobowych mojego dziecka w celu organizacji konkursu i publikacji na liście laureatów.</w:t>
      </w:r>
    </w:p>
    <w:p w14:paraId="34C01FD1" w14:textId="77777777" w:rsidR="00EF04A4" w:rsidRDefault="00000000">
      <w:r>
        <w:t>[  ] WYRAŻAM ZGODĘ / [  ] NIE WYRAŻAM ZGODY</w:t>
      </w:r>
      <w:r>
        <w:br/>
        <w:t>na zamieszczenie wizerunku mojego dziecka na stronach internetowych Organizatora w celach promocyjnych.</w:t>
      </w:r>
    </w:p>
    <w:p w14:paraId="49915A89" w14:textId="77777777" w:rsidR="00EF04A4" w:rsidRDefault="00000000">
      <w:pPr>
        <w:spacing w:before="600"/>
        <w:jc w:val="right"/>
      </w:pPr>
      <w:r>
        <w:br/>
        <w:t>......................................................</w:t>
      </w:r>
      <w:r>
        <w:br/>
        <w:t>Podpis rodzica/opiekuna prawnego</w:t>
      </w:r>
    </w:p>
    <w:p w14:paraId="684B09CA" w14:textId="77777777" w:rsidR="00EF04A4" w:rsidRDefault="00000000">
      <w:r>
        <w:br w:type="page"/>
      </w:r>
    </w:p>
    <w:p w14:paraId="21C38A4A" w14:textId="77777777" w:rsidR="00EF04A4" w:rsidRDefault="00000000">
      <w:pPr>
        <w:jc w:val="right"/>
      </w:pPr>
      <w:r>
        <w:rPr>
          <w:b/>
        </w:rPr>
        <w:lastRenderedPageBreak/>
        <w:t>Załącznik nr 2</w:t>
      </w:r>
    </w:p>
    <w:p w14:paraId="659CEEAE" w14:textId="77777777" w:rsidR="00EF04A4" w:rsidRDefault="00000000">
      <w:pPr>
        <w:jc w:val="center"/>
      </w:pPr>
      <w:r>
        <w:rPr>
          <w:b/>
        </w:rPr>
        <w:t>METRYCZKA PRACY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EF04A4" w14:paraId="70F76FAE" w14:textId="77777777">
        <w:tc>
          <w:tcPr>
            <w:tcW w:w="4320" w:type="dxa"/>
          </w:tcPr>
          <w:p w14:paraId="507D7315" w14:textId="77777777" w:rsidR="00EF04A4" w:rsidRDefault="00000000">
            <w:r>
              <w:t>Imię i nazwisko ucznia:</w:t>
            </w:r>
          </w:p>
        </w:tc>
        <w:tc>
          <w:tcPr>
            <w:tcW w:w="4320" w:type="dxa"/>
          </w:tcPr>
          <w:p w14:paraId="77B4DFB7" w14:textId="77777777" w:rsidR="00EF04A4" w:rsidRDefault="00EF04A4"/>
        </w:tc>
      </w:tr>
      <w:tr w:rsidR="00EF04A4" w14:paraId="09C96BC8" w14:textId="77777777">
        <w:tc>
          <w:tcPr>
            <w:tcW w:w="4320" w:type="dxa"/>
          </w:tcPr>
          <w:p w14:paraId="5F845E52" w14:textId="77777777" w:rsidR="00EF04A4" w:rsidRDefault="00000000">
            <w:r>
              <w:t>Instytucja (nazwa, adres, telefon, e-mail):</w:t>
            </w:r>
          </w:p>
        </w:tc>
        <w:tc>
          <w:tcPr>
            <w:tcW w:w="4320" w:type="dxa"/>
          </w:tcPr>
          <w:p w14:paraId="74235038" w14:textId="77777777" w:rsidR="00EF04A4" w:rsidRDefault="00EF04A4"/>
        </w:tc>
      </w:tr>
      <w:tr w:rsidR="00EF04A4" w14:paraId="643A0E64" w14:textId="77777777">
        <w:tc>
          <w:tcPr>
            <w:tcW w:w="4320" w:type="dxa"/>
          </w:tcPr>
          <w:p w14:paraId="0F389FD1" w14:textId="77777777" w:rsidR="00EF04A4" w:rsidRDefault="00000000">
            <w:r>
              <w:t>Klasa:</w:t>
            </w:r>
          </w:p>
        </w:tc>
        <w:tc>
          <w:tcPr>
            <w:tcW w:w="4320" w:type="dxa"/>
          </w:tcPr>
          <w:p w14:paraId="0A57C555" w14:textId="77777777" w:rsidR="00EF04A4" w:rsidRDefault="00EF04A4"/>
        </w:tc>
      </w:tr>
      <w:tr w:rsidR="00EF04A4" w14:paraId="3C3DDDA9" w14:textId="77777777">
        <w:tc>
          <w:tcPr>
            <w:tcW w:w="4320" w:type="dxa"/>
          </w:tcPr>
          <w:p w14:paraId="2246FB3B" w14:textId="77777777" w:rsidR="00EF04A4" w:rsidRDefault="00000000">
            <w:r>
              <w:t>Imię i nazwisko nauczyciela/opiekuna:</w:t>
            </w:r>
          </w:p>
        </w:tc>
        <w:tc>
          <w:tcPr>
            <w:tcW w:w="4320" w:type="dxa"/>
          </w:tcPr>
          <w:p w14:paraId="1820C54D" w14:textId="77777777" w:rsidR="00EF04A4" w:rsidRDefault="00EF04A4"/>
        </w:tc>
      </w:tr>
      <w:tr w:rsidR="00EF04A4" w14:paraId="76F8B501" w14:textId="77777777">
        <w:tc>
          <w:tcPr>
            <w:tcW w:w="4320" w:type="dxa"/>
          </w:tcPr>
          <w:p w14:paraId="2C6D6933" w14:textId="77777777" w:rsidR="00EF04A4" w:rsidRDefault="00000000">
            <w:r>
              <w:t>Nazwa Konkursu:</w:t>
            </w:r>
          </w:p>
        </w:tc>
        <w:tc>
          <w:tcPr>
            <w:tcW w:w="4320" w:type="dxa"/>
          </w:tcPr>
          <w:p w14:paraId="7C6983F8" w14:textId="77777777" w:rsidR="00EF04A4" w:rsidRDefault="00000000">
            <w:r>
              <w:t>IV Konkurs Fotograficzny „Światło”</w:t>
            </w:r>
          </w:p>
        </w:tc>
      </w:tr>
    </w:tbl>
    <w:p w14:paraId="3E44E791" w14:textId="77777777" w:rsidR="001C7AB3" w:rsidRDefault="001C7AB3"/>
    <w:sectPr w:rsidR="001C7AB3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36993486">
    <w:abstractNumId w:val="8"/>
  </w:num>
  <w:num w:numId="2" w16cid:durableId="219365576">
    <w:abstractNumId w:val="6"/>
  </w:num>
  <w:num w:numId="3" w16cid:durableId="1817143195">
    <w:abstractNumId w:val="5"/>
  </w:num>
  <w:num w:numId="4" w16cid:durableId="1403336405">
    <w:abstractNumId w:val="4"/>
  </w:num>
  <w:num w:numId="5" w16cid:durableId="457340953">
    <w:abstractNumId w:val="7"/>
  </w:num>
  <w:num w:numId="6" w16cid:durableId="286281340">
    <w:abstractNumId w:val="3"/>
  </w:num>
  <w:num w:numId="7" w16cid:durableId="1072965226">
    <w:abstractNumId w:val="2"/>
  </w:num>
  <w:num w:numId="8" w16cid:durableId="1466192760">
    <w:abstractNumId w:val="1"/>
  </w:num>
  <w:num w:numId="9" w16cid:durableId="17547356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C7AB3"/>
    <w:rsid w:val="0029639D"/>
    <w:rsid w:val="00326F90"/>
    <w:rsid w:val="005279E5"/>
    <w:rsid w:val="006F2DA0"/>
    <w:rsid w:val="00AA1D8D"/>
    <w:rsid w:val="00B47730"/>
    <w:rsid w:val="00CB0664"/>
    <w:rsid w:val="00D23E22"/>
    <w:rsid w:val="00EF04A4"/>
    <w:rsid w:val="00F80C31"/>
    <w:rsid w:val="00FC64E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0D1875"/>
  <w14:defaultImageDpi w14:val="300"/>
  <w15:docId w15:val="{1271767A-08E6-43C1-9A21-FEFE28FEC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587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Stanislaw Tarasek</cp:lastModifiedBy>
  <cp:revision>2</cp:revision>
  <dcterms:created xsi:type="dcterms:W3CDTF">2026-09-21T10:22:00Z</dcterms:created>
  <dcterms:modified xsi:type="dcterms:W3CDTF">2026-09-21T10:22:00Z</dcterms:modified>
  <cp:category/>
</cp:coreProperties>
</file>